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SOUHLAS KANDIDÁTA S KANDIDATUROU A PROHLÁŠENÍ KANDIDÁTA</w:t>
      </w:r>
    </w:p>
    <w:p>
      <w:pPr>
        <w:jc w:val="center"/>
      </w:pPr>
      <w:r>
        <w:rPr>
          <w:b/>
        </w:rPr>
        <w:t>Základní škola Mohelnice, Mlýnská 1</w:t>
      </w:r>
    </w:p>
    <w:p>
      <w:r>
        <w:t>Já,</w:t>
      </w:r>
    </w:p>
    <w:p>
      <w:r>
        <w:t>Jméno a příjmení: ______________________________________________</w:t>
      </w:r>
    </w:p>
    <w:p>
      <w:r>
        <w:t>Datum narození: _________________________________________________</w:t>
      </w:r>
    </w:p>
    <w:p>
      <w:r>
        <w:t>Adresa bydliště: ________________________________________________</w:t>
      </w:r>
    </w:p>
    <w:p/>
    <w:p>
      <w:r>
        <w:t>tímto souhlasím se svou kandidaturou do školské rady Základní školy Mohelnice, Mlýnská 1, za skupinu zákonných zástupců nezletilých žáků.</w:t>
      </w:r>
    </w:p>
    <w:p/>
    <w:p>
      <w:r>
        <w:t>Současně prohlašuji, že mi není známa žádná skutečnost, která by bránila mé kandidatuře nebo výkonu funkce člena školské rady.</w:t>
      </w:r>
    </w:p>
    <w:p/>
    <w:p>
      <w:r>
        <w:t>V __________________ dne __________________</w:t>
      </w:r>
    </w:p>
    <w:p/>
    <w:p>
      <w:r>
        <w:t>Podpis kandidáta/kandidátky: 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