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NÁVRH KANDIDÁTA DO ŠKOLSKÉ RADY</w:t>
      </w:r>
    </w:p>
    <w:p>
      <w:pPr>
        <w:jc w:val="center"/>
      </w:pPr>
      <w:r>
        <w:rPr>
          <w:b/>
        </w:rPr>
        <w:t>Základní škola Mohelnice, Mlýnská 1</w:t>
      </w:r>
    </w:p>
    <w:p>
      <w:pPr>
        <w:pStyle w:val="Heading2"/>
      </w:pPr>
      <w:r>
        <w:t>Navrhovatel</w:t>
      </w:r>
    </w:p>
    <w:p>
      <w:r>
        <w:t>Jméno a příjmení: ______________________________________________</w:t>
      </w:r>
    </w:p>
    <w:p>
      <w:r>
        <w:t>Adresa bydliště: _______________________________________________</w:t>
      </w:r>
    </w:p>
    <w:p>
      <w:r>
        <w:t>Kontakt: _______________________________________________________</w:t>
      </w:r>
    </w:p>
    <w:p/>
    <w:p>
      <w:r>
        <w:t>Navrhuji jako kandidáta/kandidátku do školské rady:</w:t>
      </w:r>
    </w:p>
    <w:p>
      <w:r>
        <w:t>Jméno a příjmení kandidáta/kandidátky: ______________________________</w:t>
      </w:r>
    </w:p>
    <w:p>
      <w:r>
        <w:t>Adresa bydliště kandidáta/kandidátky: _______________________________</w:t>
      </w:r>
    </w:p>
    <w:p/>
    <w:p>
      <w:r>
        <w:t>Kandidát/kandidátka je navrhován/a za skupinu:</w:t>
      </w:r>
    </w:p>
    <w:p>
      <w:r>
        <w:t>☐ zákonných zástupců nezletilých žáků</w:t>
      </w:r>
    </w:p>
    <w:p/>
    <w:p>
      <w:r>
        <w:t>V __________________ dne __________________</w:t>
      </w:r>
    </w:p>
    <w:p/>
    <w:p>
      <w:r>
        <w:t>Podpis navrhovatele: _____________________________________________</w:t>
      </w:r>
    </w:p>
    <w:p/>
    <w:p>
      <w:r>
        <w:t>Příloha: Souhlas kandidáta s kandidaturou a prohlášení kandidáta.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